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426"/>
      </w:tblGrid>
      <w:tr w:rsidR="005F52F0" w:rsidRPr="00C80ADD" w14:paraId="4211DAC9" w14:textId="77777777">
        <w:tc>
          <w:tcPr>
            <w:tcW w:w="10426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5F6961" w14:textId="77777777" w:rsidR="005F52F0" w:rsidRPr="00C80ADD" w:rsidRDefault="00000000">
            <w:pPr>
              <w:spacing w:after="0"/>
              <w:jc w:val="center"/>
              <w:rPr>
                <w:lang w:val="fr-MA"/>
              </w:rPr>
            </w:pPr>
            <w:r w:rsidRPr="00C80ADD">
              <w:rPr>
                <w:b/>
                <w:sz w:val="24"/>
                <w:lang w:val="fr-MA"/>
              </w:rPr>
              <w:t>EXTRAIT DU PROCES VERBAL D'APPEL D'OFFRES</w:t>
            </w:r>
            <w:r w:rsidRPr="00C80ADD">
              <w:rPr>
                <w:b/>
                <w:sz w:val="24"/>
                <w:lang w:val="fr-MA"/>
              </w:rPr>
              <w:br/>
              <w:t>N° : 148/2026/ADHA</w:t>
            </w:r>
          </w:p>
        </w:tc>
      </w:tr>
    </w:tbl>
    <w:p w14:paraId="672A6659" w14:textId="77777777" w:rsidR="005F52F0" w:rsidRPr="00C80ADD" w:rsidRDefault="005F52F0">
      <w:pPr>
        <w:rPr>
          <w:lang w:val="fr-MA"/>
        </w:rPr>
      </w:pPr>
    </w:p>
    <w:p w14:paraId="0494605C" w14:textId="77777777" w:rsidR="005F52F0" w:rsidRPr="00C80ADD" w:rsidRDefault="00000000">
      <w:pPr>
        <w:rPr>
          <w:lang w:val="fr-MA"/>
        </w:rPr>
      </w:pPr>
      <w:r w:rsidRPr="00C80ADD">
        <w:rPr>
          <w:b/>
          <w:u w:val="single"/>
          <w:lang w:val="fr-MA"/>
        </w:rPr>
        <w:t xml:space="preserve">OBJET : </w:t>
      </w:r>
      <w:r w:rsidRPr="00C80ADD">
        <w:rPr>
          <w:b/>
          <w:lang w:val="fr-MA"/>
        </w:rPr>
        <w:t>ACQUISITION ET INSTALLATION DU MATERIEL TECHNIQUE AU PROFIT DU GIE DE VALORISATION DES POMMES DANS LA COMMUNE TERRITORIALE KHOUZAMA, PROVINCE DE OUARZAZATE.</w:t>
      </w:r>
    </w:p>
    <w:p w14:paraId="6C5DFFA8" w14:textId="77777777" w:rsidR="005F52F0" w:rsidRPr="00C80ADD" w:rsidRDefault="00000000">
      <w:pPr>
        <w:rPr>
          <w:lang w:val="fr-MA"/>
        </w:rPr>
      </w:pPr>
      <w:r w:rsidRPr="00C80ADD">
        <w:rPr>
          <w:lang w:val="fr-MA"/>
        </w:rPr>
        <w:t>Maître d’ouvrage : L’AGENCE DE DEVELOPPEMENT DU HAUT ATLAS</w:t>
      </w:r>
    </w:p>
    <w:p w14:paraId="62C72523" w14:textId="77777777" w:rsidR="005F52F0" w:rsidRPr="00C80ADD" w:rsidRDefault="00000000">
      <w:pPr>
        <w:rPr>
          <w:lang w:val="fr-MA"/>
        </w:rPr>
      </w:pPr>
      <w:r w:rsidRPr="00C80ADD">
        <w:rPr>
          <w:lang w:val="fr-MA"/>
        </w:rPr>
        <w:t>Maître d’ouvrage délégué : l’ORMVA Ouarzazate</w:t>
      </w:r>
    </w:p>
    <w:p w14:paraId="0279FC6E" w14:textId="77777777" w:rsidR="005F52F0" w:rsidRPr="00C80ADD" w:rsidRDefault="00000000">
      <w:pPr>
        <w:rPr>
          <w:lang w:val="fr-MA"/>
        </w:rPr>
      </w:pPr>
      <w:r w:rsidRPr="00C80ADD">
        <w:rPr>
          <w:lang w:val="fr-MA"/>
        </w:rPr>
        <w:t>Date d’ouverture des plis : Le 18/08/2026 à 10 heures</w:t>
      </w:r>
    </w:p>
    <w:p w14:paraId="319B81F8" w14:textId="77777777" w:rsidR="005F52F0" w:rsidRPr="00C80ADD" w:rsidRDefault="00000000">
      <w:pPr>
        <w:rPr>
          <w:lang w:val="fr-MA"/>
        </w:rPr>
      </w:pPr>
      <w:r w:rsidRPr="00C80ADD">
        <w:rPr>
          <w:lang w:val="fr-MA"/>
        </w:rPr>
        <w:t>Lieu d’ouverture des plis : Salle de réunions de l’ADHA, CHOUITER</w:t>
      </w:r>
    </w:p>
    <w:p w14:paraId="019861E9" w14:textId="77777777" w:rsidR="005F52F0" w:rsidRPr="00C80ADD" w:rsidRDefault="00000000">
      <w:pPr>
        <w:rPr>
          <w:lang w:val="fr-MA"/>
        </w:rPr>
      </w:pPr>
      <w:r w:rsidRPr="00C80ADD">
        <w:rPr>
          <w:lang w:val="fr-MA"/>
        </w:rPr>
        <w:t>Journaux ayant publié l’avis de publicité : LE MATIN ET ASAHRAA AL MAGHRIBIA</w:t>
      </w:r>
    </w:p>
    <w:p w14:paraId="29476E8B" w14:textId="77777777" w:rsidR="005F52F0" w:rsidRPr="00C80ADD" w:rsidRDefault="00000000">
      <w:pPr>
        <w:rPr>
          <w:lang w:val="fr-MA"/>
        </w:rPr>
      </w:pPr>
      <w:r w:rsidRPr="00C80ADD">
        <w:rPr>
          <w:lang w:val="fr-MA"/>
        </w:rPr>
        <w:t>Sites électroniques de publication de l’avis : Portail des marchés publics</w:t>
      </w:r>
    </w:p>
    <w:p w14:paraId="1C78E942" w14:textId="77777777" w:rsidR="005F52F0" w:rsidRPr="00C80ADD" w:rsidRDefault="00000000">
      <w:pPr>
        <w:rPr>
          <w:lang w:val="fr-MA"/>
        </w:rPr>
      </w:pPr>
      <w:r w:rsidRPr="00C80ADD">
        <w:rPr>
          <w:lang w:val="fr-MA"/>
        </w:rPr>
        <w:t>Date de publication au portail des marchés publics : 02/08/2026</w:t>
      </w:r>
    </w:p>
    <w:p w14:paraId="38F1711A" w14:textId="77777777" w:rsidR="005F52F0" w:rsidRPr="00C80ADD" w:rsidRDefault="00000000">
      <w:pPr>
        <w:spacing w:before="80"/>
        <w:rPr>
          <w:lang w:val="fr-MA"/>
        </w:rPr>
      </w:pPr>
      <w:r w:rsidRPr="00C80ADD">
        <w:rPr>
          <w:b/>
          <w:lang w:val="fr-MA"/>
        </w:rPr>
        <w:t>Liste des concurrents ayant déposé les plis 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80"/>
        <w:gridCol w:w="8050"/>
      </w:tblGrid>
      <w:tr w:rsidR="005F52F0" w14:paraId="158C71B9" w14:textId="77777777">
        <w:tc>
          <w:tcPr>
            <w:tcW w:w="680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7B9AAD" w14:textId="77777777" w:rsidR="005F52F0" w:rsidRDefault="00000000">
            <w:pPr>
              <w:spacing w:after="0"/>
              <w:jc w:val="center"/>
            </w:pPr>
            <w:r>
              <w:rPr>
                <w:b/>
                <w:sz w:val="17"/>
              </w:rPr>
              <w:t>N°</w:t>
            </w:r>
          </w:p>
        </w:tc>
        <w:tc>
          <w:tcPr>
            <w:tcW w:w="8050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2A898A" w14:textId="77777777" w:rsidR="005F52F0" w:rsidRDefault="00000000">
            <w:pPr>
              <w:spacing w:after="0"/>
              <w:jc w:val="center"/>
            </w:pPr>
            <w:r>
              <w:rPr>
                <w:b/>
                <w:sz w:val="17"/>
              </w:rPr>
              <w:t>Nom des concurrents</w:t>
            </w:r>
          </w:p>
        </w:tc>
      </w:tr>
      <w:tr w:rsidR="005F52F0" w14:paraId="10591588" w14:textId="77777777">
        <w:tc>
          <w:tcPr>
            <w:tcW w:w="68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9841BE" w14:textId="77777777" w:rsidR="005F52F0" w:rsidRDefault="00000000">
            <w:pPr>
              <w:spacing w:after="0"/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w="80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7B21F9" w14:textId="77777777" w:rsidR="005F52F0" w:rsidRDefault="00000000">
            <w:pPr>
              <w:spacing w:after="0"/>
            </w:pPr>
            <w:r>
              <w:rPr>
                <w:sz w:val="17"/>
              </w:rPr>
              <w:t>Sté LARYOT TRAV SARL</w:t>
            </w:r>
          </w:p>
        </w:tc>
      </w:tr>
      <w:tr w:rsidR="005F52F0" w14:paraId="70E91344" w14:textId="77777777">
        <w:tc>
          <w:tcPr>
            <w:tcW w:w="68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F999B5" w14:textId="77777777" w:rsidR="005F52F0" w:rsidRDefault="00000000">
            <w:pPr>
              <w:spacing w:after="0"/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80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B1811" w14:textId="77777777" w:rsidR="005F52F0" w:rsidRDefault="00000000">
            <w:pPr>
              <w:spacing w:after="0"/>
            </w:pPr>
            <w:r>
              <w:rPr>
                <w:sz w:val="17"/>
              </w:rPr>
              <w:t>Sté CHAFIQ BUSINESS SARL</w:t>
            </w:r>
          </w:p>
        </w:tc>
      </w:tr>
      <w:tr w:rsidR="005F52F0" w14:paraId="7C93A670" w14:textId="77777777">
        <w:tc>
          <w:tcPr>
            <w:tcW w:w="68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CD5EC4" w14:textId="77777777" w:rsidR="005F52F0" w:rsidRDefault="00000000">
            <w:pPr>
              <w:spacing w:after="0"/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w="80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39924C" w14:textId="77777777" w:rsidR="005F52F0" w:rsidRDefault="00000000">
            <w:pPr>
              <w:spacing w:after="0"/>
            </w:pPr>
            <w:r>
              <w:rPr>
                <w:sz w:val="17"/>
              </w:rPr>
              <w:t>Sté TRIGADOS SARL</w:t>
            </w:r>
          </w:p>
        </w:tc>
      </w:tr>
      <w:tr w:rsidR="005F52F0" w14:paraId="4EEC7D66" w14:textId="77777777">
        <w:tc>
          <w:tcPr>
            <w:tcW w:w="68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8DEE6" w14:textId="77777777" w:rsidR="005F52F0" w:rsidRDefault="00000000">
            <w:pPr>
              <w:spacing w:after="0"/>
              <w:jc w:val="center"/>
            </w:pPr>
            <w:r>
              <w:rPr>
                <w:sz w:val="17"/>
              </w:rPr>
              <w:t>4</w:t>
            </w:r>
          </w:p>
        </w:tc>
        <w:tc>
          <w:tcPr>
            <w:tcW w:w="80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0F886A" w14:textId="77777777" w:rsidR="005F52F0" w:rsidRDefault="00000000">
            <w:pPr>
              <w:spacing w:after="0"/>
            </w:pPr>
            <w:r>
              <w:rPr>
                <w:sz w:val="17"/>
              </w:rPr>
              <w:t>Sté ZENIAWORKS</w:t>
            </w:r>
          </w:p>
        </w:tc>
      </w:tr>
      <w:tr w:rsidR="005F52F0" w14:paraId="3C174694" w14:textId="77777777">
        <w:tc>
          <w:tcPr>
            <w:tcW w:w="68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941E47" w14:textId="77777777" w:rsidR="005F52F0" w:rsidRDefault="00000000">
            <w:pPr>
              <w:spacing w:after="0"/>
              <w:jc w:val="center"/>
            </w:pPr>
            <w:r>
              <w:rPr>
                <w:sz w:val="17"/>
              </w:rPr>
              <w:t>5</w:t>
            </w:r>
          </w:p>
        </w:tc>
        <w:tc>
          <w:tcPr>
            <w:tcW w:w="80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72CFB6" w14:textId="77777777" w:rsidR="005F52F0" w:rsidRDefault="00000000">
            <w:pPr>
              <w:spacing w:after="0"/>
            </w:pPr>
            <w:r>
              <w:rPr>
                <w:sz w:val="17"/>
              </w:rPr>
              <w:t>Sté HDS GROUPE SARL</w:t>
            </w:r>
          </w:p>
        </w:tc>
      </w:tr>
    </w:tbl>
    <w:p w14:paraId="0A37501D" w14:textId="77777777" w:rsidR="005F52F0" w:rsidRDefault="005F52F0">
      <w:pPr>
        <w:spacing w:after="20"/>
      </w:pPr>
    </w:p>
    <w:p w14:paraId="5C221ACB" w14:textId="77777777" w:rsidR="005F52F0" w:rsidRPr="00C80ADD" w:rsidRDefault="00000000">
      <w:pPr>
        <w:spacing w:before="80"/>
        <w:rPr>
          <w:lang w:val="fr-MA"/>
        </w:rPr>
      </w:pPr>
      <w:r w:rsidRPr="00C80ADD">
        <w:rPr>
          <w:b/>
          <w:lang w:val="fr-MA"/>
        </w:rPr>
        <w:t>Liste des concurrents écartés à l'issue de l'examen des dossiers administratifs et techniques 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731"/>
      </w:tblGrid>
      <w:tr w:rsidR="005F52F0" w14:paraId="1E77FE22" w14:textId="77777777">
        <w:tc>
          <w:tcPr>
            <w:tcW w:w="8731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868452" w14:textId="77777777" w:rsidR="005F52F0" w:rsidRDefault="00000000">
            <w:pPr>
              <w:spacing w:after="0"/>
              <w:jc w:val="center"/>
            </w:pPr>
            <w:proofErr w:type="spellStart"/>
            <w:r>
              <w:rPr>
                <w:b/>
                <w:sz w:val="17"/>
              </w:rPr>
              <w:t>Concurrents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éliminés</w:t>
            </w:r>
            <w:proofErr w:type="spellEnd"/>
          </w:p>
        </w:tc>
      </w:tr>
      <w:tr w:rsidR="005F52F0" w14:paraId="220719F7" w14:textId="77777777">
        <w:tc>
          <w:tcPr>
            <w:tcW w:w="873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5B545B" w14:textId="77777777" w:rsidR="005F52F0" w:rsidRDefault="00000000">
            <w:pPr>
              <w:spacing w:after="0"/>
            </w:pPr>
            <w:r>
              <w:rPr>
                <w:sz w:val="17"/>
              </w:rPr>
              <w:t>Néant</w:t>
            </w:r>
          </w:p>
        </w:tc>
      </w:tr>
    </w:tbl>
    <w:p w14:paraId="5DAB6C7B" w14:textId="77777777" w:rsidR="005F52F0" w:rsidRDefault="005F52F0">
      <w:pPr>
        <w:spacing w:after="20"/>
      </w:pPr>
    </w:p>
    <w:p w14:paraId="75A92854" w14:textId="77777777" w:rsidR="005F52F0" w:rsidRPr="00C80ADD" w:rsidRDefault="00000000">
      <w:pPr>
        <w:spacing w:before="80"/>
        <w:rPr>
          <w:lang w:val="fr-MA"/>
        </w:rPr>
      </w:pPr>
      <w:r w:rsidRPr="00C80ADD">
        <w:rPr>
          <w:b/>
          <w:lang w:val="fr-MA"/>
        </w:rPr>
        <w:t>Liste des concurrents admis sans réserve 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80"/>
        <w:gridCol w:w="8050"/>
      </w:tblGrid>
      <w:tr w:rsidR="005F52F0" w14:paraId="12D2220C" w14:textId="77777777">
        <w:tc>
          <w:tcPr>
            <w:tcW w:w="680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ED7453" w14:textId="77777777" w:rsidR="005F52F0" w:rsidRDefault="00000000">
            <w:pPr>
              <w:spacing w:after="0"/>
              <w:jc w:val="center"/>
            </w:pPr>
            <w:r>
              <w:rPr>
                <w:b/>
                <w:sz w:val="17"/>
              </w:rPr>
              <w:t>N°</w:t>
            </w:r>
          </w:p>
        </w:tc>
        <w:tc>
          <w:tcPr>
            <w:tcW w:w="8050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FEA23E" w14:textId="77777777" w:rsidR="005F52F0" w:rsidRDefault="00000000">
            <w:pPr>
              <w:spacing w:after="0"/>
              <w:jc w:val="center"/>
            </w:pPr>
            <w:r>
              <w:rPr>
                <w:b/>
                <w:sz w:val="17"/>
              </w:rPr>
              <w:t>Nom des concurrents</w:t>
            </w:r>
          </w:p>
        </w:tc>
      </w:tr>
      <w:tr w:rsidR="005F52F0" w14:paraId="069EAD0C" w14:textId="77777777">
        <w:tc>
          <w:tcPr>
            <w:tcW w:w="68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B20A0C" w14:textId="77777777" w:rsidR="005F52F0" w:rsidRDefault="00000000">
            <w:pPr>
              <w:spacing w:after="0"/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w="80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C97986" w14:textId="77777777" w:rsidR="005F52F0" w:rsidRDefault="00000000">
            <w:pPr>
              <w:spacing w:after="0"/>
            </w:pPr>
            <w:r>
              <w:rPr>
                <w:sz w:val="17"/>
              </w:rPr>
              <w:t>Sté LARYOT TRAV SARL</w:t>
            </w:r>
          </w:p>
        </w:tc>
      </w:tr>
      <w:tr w:rsidR="005F52F0" w14:paraId="1A4C0256" w14:textId="77777777">
        <w:tc>
          <w:tcPr>
            <w:tcW w:w="68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44751B" w14:textId="77777777" w:rsidR="005F52F0" w:rsidRDefault="00000000">
            <w:pPr>
              <w:spacing w:after="0"/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80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F26AA5" w14:textId="77777777" w:rsidR="005F52F0" w:rsidRDefault="00000000">
            <w:pPr>
              <w:spacing w:after="0"/>
            </w:pPr>
            <w:r>
              <w:rPr>
                <w:sz w:val="17"/>
              </w:rPr>
              <w:t>Sté CHAFIQ BUSINESS SARL</w:t>
            </w:r>
          </w:p>
        </w:tc>
      </w:tr>
      <w:tr w:rsidR="005F52F0" w14:paraId="77ABBBB0" w14:textId="77777777">
        <w:tc>
          <w:tcPr>
            <w:tcW w:w="68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778152" w14:textId="77777777" w:rsidR="005F52F0" w:rsidRDefault="00000000">
            <w:pPr>
              <w:spacing w:after="0"/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w="80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BEE4D9" w14:textId="77777777" w:rsidR="005F52F0" w:rsidRDefault="00000000">
            <w:pPr>
              <w:spacing w:after="0"/>
            </w:pPr>
            <w:r>
              <w:rPr>
                <w:sz w:val="17"/>
              </w:rPr>
              <w:t>Sté TRIGADOS SARL</w:t>
            </w:r>
          </w:p>
        </w:tc>
      </w:tr>
      <w:tr w:rsidR="005F52F0" w14:paraId="0E6CAE46" w14:textId="77777777">
        <w:tc>
          <w:tcPr>
            <w:tcW w:w="68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9935FF" w14:textId="77777777" w:rsidR="005F52F0" w:rsidRDefault="00000000">
            <w:pPr>
              <w:spacing w:after="0"/>
              <w:jc w:val="center"/>
            </w:pPr>
            <w:r>
              <w:rPr>
                <w:sz w:val="17"/>
              </w:rPr>
              <w:t>4</w:t>
            </w:r>
          </w:p>
        </w:tc>
        <w:tc>
          <w:tcPr>
            <w:tcW w:w="80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B6083C" w14:textId="77777777" w:rsidR="005F52F0" w:rsidRDefault="00000000">
            <w:pPr>
              <w:spacing w:after="0"/>
            </w:pPr>
            <w:r>
              <w:rPr>
                <w:sz w:val="17"/>
              </w:rPr>
              <w:t>Sté ZENIAWORKS</w:t>
            </w:r>
          </w:p>
        </w:tc>
      </w:tr>
      <w:tr w:rsidR="005F52F0" w14:paraId="5D5C1F89" w14:textId="77777777">
        <w:tc>
          <w:tcPr>
            <w:tcW w:w="68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240AAE" w14:textId="77777777" w:rsidR="005F52F0" w:rsidRDefault="00000000">
            <w:pPr>
              <w:spacing w:after="0"/>
              <w:jc w:val="center"/>
            </w:pPr>
            <w:r>
              <w:rPr>
                <w:sz w:val="17"/>
              </w:rPr>
              <w:t>5</w:t>
            </w:r>
          </w:p>
        </w:tc>
        <w:tc>
          <w:tcPr>
            <w:tcW w:w="80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D02E7" w14:textId="77777777" w:rsidR="005F52F0" w:rsidRDefault="00000000">
            <w:pPr>
              <w:spacing w:after="0"/>
            </w:pPr>
            <w:r>
              <w:rPr>
                <w:sz w:val="17"/>
              </w:rPr>
              <w:t>Sté HDS GROUPE SARL</w:t>
            </w:r>
          </w:p>
        </w:tc>
      </w:tr>
    </w:tbl>
    <w:p w14:paraId="02EB378F" w14:textId="77777777" w:rsidR="005F52F0" w:rsidRDefault="005F52F0">
      <w:pPr>
        <w:spacing w:after="20"/>
      </w:pPr>
    </w:p>
    <w:p w14:paraId="4E795300" w14:textId="77777777" w:rsidR="005F52F0" w:rsidRPr="00C80ADD" w:rsidRDefault="00000000">
      <w:pPr>
        <w:spacing w:before="80"/>
        <w:rPr>
          <w:lang w:val="fr-MA"/>
        </w:rPr>
      </w:pPr>
      <w:r w:rsidRPr="00C80ADD">
        <w:rPr>
          <w:b/>
          <w:lang w:val="fr-MA"/>
        </w:rPr>
        <w:t>Liste des concurrents admis avec réserve 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731"/>
      </w:tblGrid>
      <w:tr w:rsidR="005F52F0" w14:paraId="1F20F03A" w14:textId="77777777">
        <w:tc>
          <w:tcPr>
            <w:tcW w:w="8731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36035" w14:textId="77777777" w:rsidR="005F52F0" w:rsidRDefault="00000000">
            <w:pPr>
              <w:spacing w:after="0"/>
              <w:jc w:val="center"/>
            </w:pPr>
            <w:r>
              <w:rPr>
                <w:b/>
                <w:sz w:val="17"/>
              </w:rPr>
              <w:t xml:space="preserve">Nom des </w:t>
            </w:r>
            <w:proofErr w:type="spellStart"/>
            <w:r>
              <w:rPr>
                <w:b/>
                <w:sz w:val="17"/>
              </w:rPr>
              <w:t>concurrents</w:t>
            </w:r>
            <w:proofErr w:type="spellEnd"/>
          </w:p>
        </w:tc>
      </w:tr>
      <w:tr w:rsidR="005F52F0" w14:paraId="69B2FB1C" w14:textId="77777777">
        <w:tc>
          <w:tcPr>
            <w:tcW w:w="873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FBBC3A" w14:textId="77777777" w:rsidR="005F52F0" w:rsidRDefault="00000000">
            <w:pPr>
              <w:spacing w:after="0"/>
            </w:pPr>
            <w:r>
              <w:rPr>
                <w:sz w:val="17"/>
              </w:rPr>
              <w:t>Néant</w:t>
            </w:r>
          </w:p>
        </w:tc>
      </w:tr>
    </w:tbl>
    <w:p w14:paraId="6A05A809" w14:textId="77777777" w:rsidR="005F52F0" w:rsidRDefault="005F52F0">
      <w:pPr>
        <w:spacing w:after="20"/>
      </w:pPr>
    </w:p>
    <w:p w14:paraId="1CDED5AE" w14:textId="77777777" w:rsidR="005F52F0" w:rsidRPr="00C80ADD" w:rsidRDefault="00000000">
      <w:pPr>
        <w:spacing w:before="80"/>
        <w:rPr>
          <w:lang w:val="fr-MA"/>
        </w:rPr>
      </w:pPr>
      <w:r w:rsidRPr="00C80ADD">
        <w:rPr>
          <w:b/>
          <w:lang w:val="fr-MA"/>
        </w:rPr>
        <w:lastRenderedPageBreak/>
        <w:t>Liste des concurrents écartés à l’issue de l’évaluation des prospectus et brochures 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774"/>
        <w:gridCol w:w="6520"/>
      </w:tblGrid>
      <w:tr w:rsidR="005F52F0" w14:paraId="7D0D4D29" w14:textId="77777777" w:rsidTr="00C80ADD">
        <w:tc>
          <w:tcPr>
            <w:tcW w:w="2774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B54CD" w14:textId="77777777" w:rsidR="005F52F0" w:rsidRDefault="00000000">
            <w:pPr>
              <w:spacing w:after="0"/>
              <w:jc w:val="center"/>
            </w:pPr>
            <w:r>
              <w:rPr>
                <w:b/>
                <w:sz w:val="17"/>
              </w:rPr>
              <w:t xml:space="preserve">Nom des </w:t>
            </w:r>
            <w:proofErr w:type="spellStart"/>
            <w:r>
              <w:rPr>
                <w:b/>
                <w:sz w:val="17"/>
              </w:rPr>
              <w:t>concurrents</w:t>
            </w:r>
            <w:proofErr w:type="spellEnd"/>
          </w:p>
        </w:tc>
        <w:tc>
          <w:tcPr>
            <w:tcW w:w="6520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3A3D53" w14:textId="77777777" w:rsidR="005F52F0" w:rsidRDefault="00000000">
            <w:pPr>
              <w:spacing w:after="0"/>
              <w:jc w:val="center"/>
            </w:pPr>
            <w:r>
              <w:rPr>
                <w:b/>
                <w:sz w:val="17"/>
              </w:rPr>
              <w:t>Motif de l’élimination</w:t>
            </w:r>
          </w:p>
        </w:tc>
      </w:tr>
      <w:tr w:rsidR="005F52F0" w:rsidRPr="00C80ADD" w14:paraId="670A779C" w14:textId="77777777" w:rsidTr="00C80ADD">
        <w:tc>
          <w:tcPr>
            <w:tcW w:w="277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3D91B9" w14:textId="77777777" w:rsidR="005F52F0" w:rsidRDefault="00000000">
            <w:pPr>
              <w:spacing w:after="0"/>
            </w:pPr>
            <w:r>
              <w:rPr>
                <w:sz w:val="17"/>
              </w:rPr>
              <w:t>Sté LARYOT TRAV SARL</w:t>
            </w:r>
          </w:p>
        </w:tc>
        <w:tc>
          <w:tcPr>
            <w:tcW w:w="652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7C1EDD" w14:textId="77777777" w:rsidR="005F52F0" w:rsidRPr="00C80ADD" w:rsidRDefault="00000000">
            <w:pPr>
              <w:spacing w:after="0"/>
              <w:rPr>
                <w:lang w:val="fr-MA"/>
              </w:rPr>
            </w:pPr>
            <w:r w:rsidRPr="00C80ADD">
              <w:rPr>
                <w:sz w:val="17"/>
                <w:lang w:val="fr-MA"/>
              </w:rPr>
              <w:t>Prospectus non conforme par rapport aux spécifications techniques du CPS</w:t>
            </w:r>
          </w:p>
        </w:tc>
      </w:tr>
      <w:tr w:rsidR="005F52F0" w:rsidRPr="00C80ADD" w14:paraId="7F466890" w14:textId="77777777" w:rsidTr="00C80ADD">
        <w:tc>
          <w:tcPr>
            <w:tcW w:w="277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3CCE05" w14:textId="77777777" w:rsidR="005F52F0" w:rsidRDefault="00000000">
            <w:pPr>
              <w:spacing w:after="0"/>
            </w:pPr>
            <w:proofErr w:type="spellStart"/>
            <w:r>
              <w:rPr>
                <w:sz w:val="17"/>
              </w:rPr>
              <w:t>Sté</w:t>
            </w:r>
            <w:proofErr w:type="spellEnd"/>
            <w:r>
              <w:rPr>
                <w:sz w:val="17"/>
              </w:rPr>
              <w:t xml:space="preserve"> CHAFIQ BUSINESS SARL</w:t>
            </w:r>
          </w:p>
        </w:tc>
        <w:tc>
          <w:tcPr>
            <w:tcW w:w="652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CF561B" w14:textId="77777777" w:rsidR="005F52F0" w:rsidRPr="00C80ADD" w:rsidRDefault="00000000">
            <w:pPr>
              <w:spacing w:after="0"/>
              <w:rPr>
                <w:lang w:val="fr-MA"/>
              </w:rPr>
            </w:pPr>
            <w:r w:rsidRPr="00C80ADD">
              <w:rPr>
                <w:sz w:val="17"/>
                <w:lang w:val="fr-MA"/>
              </w:rPr>
              <w:t>Prospectus non conforme par rapport aux spécifications techniques du CPS</w:t>
            </w:r>
          </w:p>
        </w:tc>
      </w:tr>
      <w:tr w:rsidR="005F52F0" w:rsidRPr="00C80ADD" w14:paraId="3146F112" w14:textId="77777777" w:rsidTr="00C80ADD">
        <w:tc>
          <w:tcPr>
            <w:tcW w:w="277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AFE7C4" w14:textId="77777777" w:rsidR="005F52F0" w:rsidRDefault="00000000">
            <w:pPr>
              <w:spacing w:after="0"/>
            </w:pPr>
            <w:proofErr w:type="spellStart"/>
            <w:r>
              <w:rPr>
                <w:sz w:val="17"/>
              </w:rPr>
              <w:t>Sté</w:t>
            </w:r>
            <w:proofErr w:type="spellEnd"/>
            <w:r>
              <w:rPr>
                <w:sz w:val="17"/>
              </w:rPr>
              <w:t xml:space="preserve"> TRIGADOS SARL</w:t>
            </w:r>
          </w:p>
        </w:tc>
        <w:tc>
          <w:tcPr>
            <w:tcW w:w="652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9DECF5" w14:textId="77777777" w:rsidR="005F52F0" w:rsidRPr="00C80ADD" w:rsidRDefault="00000000">
            <w:pPr>
              <w:spacing w:after="0"/>
              <w:rPr>
                <w:lang w:val="fr-MA"/>
              </w:rPr>
            </w:pPr>
            <w:r w:rsidRPr="00C80ADD">
              <w:rPr>
                <w:sz w:val="17"/>
                <w:lang w:val="fr-MA"/>
              </w:rPr>
              <w:t>Prospectus non conforme par rapport aux spécifications techniques du CPS</w:t>
            </w:r>
          </w:p>
        </w:tc>
      </w:tr>
      <w:tr w:rsidR="005F52F0" w:rsidRPr="00C80ADD" w14:paraId="0139BC58" w14:textId="77777777" w:rsidTr="00C80ADD">
        <w:tc>
          <w:tcPr>
            <w:tcW w:w="277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FD180" w14:textId="77777777" w:rsidR="005F52F0" w:rsidRDefault="00000000">
            <w:pPr>
              <w:spacing w:after="0"/>
            </w:pPr>
            <w:proofErr w:type="spellStart"/>
            <w:r>
              <w:rPr>
                <w:sz w:val="17"/>
              </w:rPr>
              <w:t>Sté</w:t>
            </w:r>
            <w:proofErr w:type="spellEnd"/>
            <w:r>
              <w:rPr>
                <w:sz w:val="17"/>
              </w:rPr>
              <w:t xml:space="preserve"> ZENIAWORKS</w:t>
            </w:r>
          </w:p>
        </w:tc>
        <w:tc>
          <w:tcPr>
            <w:tcW w:w="652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EF6C02" w14:textId="77777777" w:rsidR="005F52F0" w:rsidRPr="00C80ADD" w:rsidRDefault="00000000">
            <w:pPr>
              <w:spacing w:after="0"/>
              <w:rPr>
                <w:lang w:val="fr-MA"/>
              </w:rPr>
            </w:pPr>
            <w:r w:rsidRPr="00C80ADD">
              <w:rPr>
                <w:sz w:val="17"/>
                <w:lang w:val="fr-MA"/>
              </w:rPr>
              <w:t>Prospectus non conforme par rapport aux spécifications techniques du CPS</w:t>
            </w:r>
          </w:p>
        </w:tc>
      </w:tr>
      <w:tr w:rsidR="005F52F0" w:rsidRPr="00C80ADD" w14:paraId="20DBDAD4" w14:textId="77777777" w:rsidTr="00C80ADD">
        <w:tc>
          <w:tcPr>
            <w:tcW w:w="2774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EA6AEF" w14:textId="77777777" w:rsidR="005F52F0" w:rsidRDefault="00000000">
            <w:pPr>
              <w:spacing w:after="0"/>
            </w:pPr>
            <w:proofErr w:type="spellStart"/>
            <w:r>
              <w:rPr>
                <w:sz w:val="17"/>
              </w:rPr>
              <w:t>Sté</w:t>
            </w:r>
            <w:proofErr w:type="spellEnd"/>
            <w:r>
              <w:rPr>
                <w:sz w:val="17"/>
              </w:rPr>
              <w:t xml:space="preserve"> HDS GROUPE SARL</w:t>
            </w:r>
          </w:p>
        </w:tc>
        <w:tc>
          <w:tcPr>
            <w:tcW w:w="652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DFDC8" w14:textId="77777777" w:rsidR="005F52F0" w:rsidRPr="00C80ADD" w:rsidRDefault="00000000">
            <w:pPr>
              <w:spacing w:after="0"/>
              <w:rPr>
                <w:lang w:val="fr-MA"/>
              </w:rPr>
            </w:pPr>
            <w:r w:rsidRPr="00C80ADD">
              <w:rPr>
                <w:sz w:val="17"/>
                <w:lang w:val="fr-MA"/>
              </w:rPr>
              <w:t>Prospectus non conforme par rapport aux spécifications techniques du CPS</w:t>
            </w:r>
          </w:p>
        </w:tc>
      </w:tr>
    </w:tbl>
    <w:p w14:paraId="5A39BBE3" w14:textId="77777777" w:rsidR="005F52F0" w:rsidRPr="00C80ADD" w:rsidRDefault="005F52F0">
      <w:pPr>
        <w:spacing w:after="20"/>
        <w:rPr>
          <w:lang w:val="fr-MA"/>
        </w:rPr>
      </w:pPr>
    </w:p>
    <w:p w14:paraId="00403478" w14:textId="77777777" w:rsidR="005F52F0" w:rsidRDefault="00000000">
      <w:pPr>
        <w:spacing w:before="80"/>
      </w:pPr>
      <w:r>
        <w:rPr>
          <w:b/>
        </w:rPr>
        <w:t xml:space="preserve">Concurrent </w:t>
      </w:r>
      <w:proofErr w:type="spellStart"/>
      <w:proofErr w:type="gramStart"/>
      <w:r>
        <w:rPr>
          <w:b/>
        </w:rPr>
        <w:t>retenu</w:t>
      </w:r>
      <w:proofErr w:type="spellEnd"/>
      <w:r>
        <w:rPr>
          <w:b/>
        </w:rPr>
        <w:t xml:space="preserve"> :</w:t>
      </w:r>
      <w:proofErr w:type="gramEnd"/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731"/>
      </w:tblGrid>
      <w:tr w:rsidR="005F52F0" w14:paraId="66570933" w14:textId="77777777">
        <w:tc>
          <w:tcPr>
            <w:tcW w:w="8731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575FF4" w14:textId="77777777" w:rsidR="005F52F0" w:rsidRDefault="00000000">
            <w:pPr>
              <w:spacing w:after="0"/>
              <w:jc w:val="center"/>
            </w:pPr>
            <w:r>
              <w:rPr>
                <w:b/>
                <w:sz w:val="17"/>
              </w:rPr>
              <w:t>Nom du concurrent</w:t>
            </w:r>
          </w:p>
        </w:tc>
      </w:tr>
      <w:tr w:rsidR="005F52F0" w14:paraId="2C52BACC" w14:textId="77777777">
        <w:tc>
          <w:tcPr>
            <w:tcW w:w="873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C978F0" w14:textId="77777777" w:rsidR="005F52F0" w:rsidRDefault="00000000">
            <w:pPr>
              <w:spacing w:after="0"/>
            </w:pPr>
            <w:r>
              <w:rPr>
                <w:sz w:val="17"/>
              </w:rPr>
              <w:t>Néant</w:t>
            </w:r>
          </w:p>
        </w:tc>
      </w:tr>
    </w:tbl>
    <w:p w14:paraId="41C8F396" w14:textId="77777777" w:rsidR="005F52F0" w:rsidRDefault="005F52F0">
      <w:pPr>
        <w:spacing w:after="20"/>
      </w:pPr>
    </w:p>
    <w:p w14:paraId="6C3FBFDC" w14:textId="77777777" w:rsidR="005F52F0" w:rsidRDefault="00000000">
      <w:pPr>
        <w:jc w:val="center"/>
      </w:pPr>
      <w:r>
        <w:rPr>
          <w:b/>
          <w:color w:val="C00000"/>
          <w:sz w:val="22"/>
        </w:rPr>
        <w:t>APPEL D’OFFRES DECLARE INFRUCTUEUX</w:t>
      </w:r>
    </w:p>
    <w:p w14:paraId="5932A837" w14:textId="4053B10E" w:rsidR="005F52F0" w:rsidRPr="00C80ADD" w:rsidRDefault="2191B960">
      <w:pPr>
        <w:rPr>
          <w:lang w:val="fr-MA"/>
        </w:rPr>
      </w:pPr>
      <w:r w:rsidRPr="00C80ADD">
        <w:rPr>
          <w:lang w:val="fr-MA"/>
        </w:rPr>
        <w:t xml:space="preserve">Date d’achèvement des travaux de la </w:t>
      </w:r>
      <w:r w:rsidR="00B2166A" w:rsidRPr="00C80ADD">
        <w:rPr>
          <w:lang w:val="fr-MA"/>
        </w:rPr>
        <w:t>commission :</w:t>
      </w:r>
      <w:r w:rsidRPr="00C80ADD">
        <w:rPr>
          <w:lang w:val="fr-MA"/>
        </w:rPr>
        <w:t xml:space="preserve"> 19/08/2026</w:t>
      </w:r>
    </w:p>
    <w:sectPr w:rsidR="005F52F0" w:rsidRPr="00C80ADD" w:rsidSect="00034616">
      <w:headerReference w:type="default" r:id="rId8"/>
      <w:footerReference w:type="default" r:id="rId9"/>
      <w:pgSz w:w="12240" w:h="15840"/>
      <w:pgMar w:top="794" w:right="907" w:bottom="794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7E26F" w14:textId="77777777" w:rsidR="00E14377" w:rsidRDefault="00E14377">
      <w:pPr>
        <w:spacing w:after="0" w:line="240" w:lineRule="auto"/>
      </w:pPr>
      <w:r>
        <w:separator/>
      </w:r>
    </w:p>
  </w:endnote>
  <w:endnote w:type="continuationSeparator" w:id="0">
    <w:p w14:paraId="08D68D7C" w14:textId="77777777" w:rsidR="00E14377" w:rsidRDefault="00E14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67690" w14:textId="2155F8FB" w:rsidR="005F52F0" w:rsidRDefault="14E034F6">
    <w:pPr>
      <w:pStyle w:val="Pieddepage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B5D9B3B" wp14:editId="7B7EC30F">
          <wp:simplePos x="0" y="0"/>
          <wp:positionH relativeFrom="column">
            <wp:posOffset>5419725</wp:posOffset>
          </wp:positionH>
          <wp:positionV relativeFrom="paragraph">
            <wp:posOffset>-1619250</wp:posOffset>
          </wp:positionV>
          <wp:extent cx="1164437" cy="1188823"/>
          <wp:effectExtent l="0" t="0" r="0" b="0"/>
          <wp:wrapNone/>
          <wp:docPr id="247159168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5170050" name="Picture 5051700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4437" cy="11888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D6DF3" w14:textId="77777777" w:rsidR="00E14377" w:rsidRDefault="00E14377">
      <w:pPr>
        <w:spacing w:after="0" w:line="240" w:lineRule="auto"/>
      </w:pPr>
      <w:r>
        <w:separator/>
      </w:r>
    </w:p>
  </w:footnote>
  <w:footnote w:type="continuationSeparator" w:id="0">
    <w:p w14:paraId="6E19F3E1" w14:textId="77777777" w:rsidR="00E14377" w:rsidRDefault="00E14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75"/>
      <w:gridCol w:w="3475"/>
      <w:gridCol w:w="3475"/>
    </w:tblGrid>
    <w:tr w:rsidR="14E034F6" w14:paraId="750F9B9F" w14:textId="77777777" w:rsidTr="14E034F6">
      <w:trPr>
        <w:trHeight w:val="300"/>
      </w:trPr>
      <w:tc>
        <w:tcPr>
          <w:tcW w:w="3475" w:type="dxa"/>
        </w:tcPr>
        <w:p w14:paraId="08F075B3" w14:textId="0835C787" w:rsidR="14E034F6" w:rsidRDefault="14E034F6" w:rsidP="14E034F6">
          <w:pPr>
            <w:pStyle w:val="En-tte"/>
            <w:ind w:left="-115"/>
          </w:pPr>
          <w:r>
            <w:rPr>
              <w:noProof/>
            </w:rPr>
            <w:drawing>
              <wp:inline distT="0" distB="0" distL="0" distR="0" wp14:anchorId="306A45A1" wp14:editId="474575F8">
                <wp:extent cx="1786283" cy="1274174"/>
                <wp:effectExtent l="0" t="0" r="0" b="0"/>
                <wp:docPr id="1613616707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3616707" name="Picture 161361670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86283" cy="12741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5" w:type="dxa"/>
        </w:tcPr>
        <w:p w14:paraId="31B6E2A6" w14:textId="613A056A" w:rsidR="14E034F6" w:rsidRDefault="14E034F6" w:rsidP="14E034F6">
          <w:pPr>
            <w:pStyle w:val="En-tte"/>
            <w:jc w:val="center"/>
          </w:pPr>
        </w:p>
      </w:tc>
      <w:tc>
        <w:tcPr>
          <w:tcW w:w="3475" w:type="dxa"/>
        </w:tcPr>
        <w:p w14:paraId="0BCF1215" w14:textId="2C8FEC86" w:rsidR="14E034F6" w:rsidRDefault="14E034F6" w:rsidP="14E034F6">
          <w:pPr>
            <w:pStyle w:val="En-tte"/>
            <w:ind w:right="-115"/>
            <w:jc w:val="right"/>
          </w:pPr>
          <w:r>
            <w:rPr>
              <w:noProof/>
            </w:rPr>
            <w:drawing>
              <wp:inline distT="0" distB="0" distL="0" distR="0" wp14:anchorId="68F7B357" wp14:editId="2FCBA433">
                <wp:extent cx="1774090" cy="1304657"/>
                <wp:effectExtent l="0" t="0" r="0" b="0"/>
                <wp:docPr id="494485460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4485460" name="Picture 494485460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4090" cy="1304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44A993F" w14:textId="0B9E8187" w:rsidR="14E034F6" w:rsidRDefault="14E034F6" w:rsidP="14E034F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2895079">
    <w:abstractNumId w:val="8"/>
  </w:num>
  <w:num w:numId="2" w16cid:durableId="1378358655">
    <w:abstractNumId w:val="6"/>
  </w:num>
  <w:num w:numId="3" w16cid:durableId="1285454810">
    <w:abstractNumId w:val="5"/>
  </w:num>
  <w:num w:numId="4" w16cid:durableId="814684757">
    <w:abstractNumId w:val="4"/>
  </w:num>
  <w:num w:numId="5" w16cid:durableId="1882208421">
    <w:abstractNumId w:val="7"/>
  </w:num>
  <w:num w:numId="6" w16cid:durableId="170142415">
    <w:abstractNumId w:val="3"/>
  </w:num>
  <w:num w:numId="7" w16cid:durableId="1930650941">
    <w:abstractNumId w:val="2"/>
  </w:num>
  <w:num w:numId="8" w16cid:durableId="1596787782">
    <w:abstractNumId w:val="1"/>
  </w:num>
  <w:num w:numId="9" w16cid:durableId="446973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02F33"/>
    <w:rsid w:val="0015074B"/>
    <w:rsid w:val="0029639D"/>
    <w:rsid w:val="00326F90"/>
    <w:rsid w:val="005F52F0"/>
    <w:rsid w:val="00AA1D8D"/>
    <w:rsid w:val="00B2166A"/>
    <w:rsid w:val="00B47730"/>
    <w:rsid w:val="00C80ADD"/>
    <w:rsid w:val="00CB0664"/>
    <w:rsid w:val="00E14377"/>
    <w:rsid w:val="00FC693F"/>
    <w:rsid w:val="14E034F6"/>
    <w:rsid w:val="1D08E6FB"/>
    <w:rsid w:val="2191B960"/>
    <w:rsid w:val="45E0ACB9"/>
    <w:rsid w:val="4CA738D0"/>
    <w:rsid w:val="6760A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F6CF3B12-2859-413A-AAEA-FF7371C5E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40"/>
    </w:pPr>
    <w:rPr>
      <w:rFonts w:ascii="Arial" w:hAnsi="Arial"/>
      <w:sz w:val="18"/>
    </w:rPr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1672</Characters>
  <Application>Microsoft Office Word</Application>
  <DocSecurity>0</DocSecurity>
  <Lines>13</Lines>
  <Paragraphs>3</Paragraphs>
  <ScaleCrop>false</ScaleCrop>
  <Manager/>
  <Company/>
  <LinksUpToDate>false</LinksUpToDate>
  <CharactersWithSpaces>1973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 AHMIDOUCH</dc:creator>
  <cp:keywords/>
  <dc:description>generated by python-docx</dc:description>
  <cp:lastModifiedBy>Karim AHMIDOUCH</cp:lastModifiedBy>
  <cp:revision>5</cp:revision>
  <cp:lastPrinted>2026-08-27T09:39:00Z</cp:lastPrinted>
  <dcterms:created xsi:type="dcterms:W3CDTF">2026-08-27T09:21:00Z</dcterms:created>
  <dcterms:modified xsi:type="dcterms:W3CDTF">2026-08-27T09:39:00Z</dcterms:modified>
  <cp:category/>
</cp:coreProperties>
</file>